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769C9" w14:textId="2A785124" w:rsidR="00BE0084" w:rsidRDefault="00A9207C" w:rsidP="00286D0B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3669C3" w:rsidRPr="004A1B92">
        <w:rPr>
          <w:rFonts w:ascii="Times New Roman" w:hAnsi="Times New Roman" w:cs="Times New Roman"/>
          <w:b/>
          <w:sz w:val="24"/>
          <w:szCs w:val="24"/>
          <w:lang w:val="pl-PL"/>
        </w:rPr>
        <w:t>ZAŚWIADCZENIE O ZREALIZOWANIU PRAKTYKI ASYSTENCKIEJ</w:t>
      </w:r>
    </w:p>
    <w:p w14:paraId="21A1FCBE" w14:textId="25CBBCAE" w:rsidR="00BE0084" w:rsidRPr="00791695" w:rsidRDefault="004A1B92" w:rsidP="0079169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AB2375"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286D0B" w:rsidRPr="00791695">
        <w:rPr>
          <w:rFonts w:ascii="Times New Roman" w:hAnsi="Times New Roman" w:cs="Times New Roman"/>
          <w:sz w:val="24"/>
          <w:szCs w:val="24"/>
          <w:lang w:val="pl-PL"/>
        </w:rPr>
        <w:t xml:space="preserve">aświadczam, że </w:t>
      </w:r>
      <w:r w:rsidR="00286D0B">
        <w:rPr>
          <w:rFonts w:ascii="Times New Roman" w:hAnsi="Times New Roman" w:cs="Times New Roman"/>
          <w:sz w:val="24"/>
          <w:szCs w:val="24"/>
          <w:lang w:val="pl-PL"/>
        </w:rPr>
        <w:t xml:space="preserve">Pan/i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="009841BA">
        <w:rPr>
          <w:rFonts w:ascii="Times New Roman" w:hAnsi="Times New Roman" w:cs="Times New Roman"/>
          <w:sz w:val="24"/>
          <w:szCs w:val="24"/>
          <w:lang w:val="pl-PL"/>
        </w:rPr>
        <w:t>………</w:t>
      </w:r>
      <w:r w:rsidR="00286D0B"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="00791695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………………………………</w:t>
      </w:r>
      <w:r w:rsidR="00286D0B">
        <w:rPr>
          <w:rFonts w:ascii="Times New Roman" w:hAnsi="Times New Roman" w:cs="Times New Roman"/>
          <w:sz w:val="24"/>
          <w:szCs w:val="24"/>
          <w:lang w:val="pl-PL"/>
        </w:rPr>
        <w:t>……..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 xml:space="preserve"> zrealizował/a praktykę asystencką w wymiarze 15 godzin wykładowych, w</w:t>
      </w:r>
      <w:r w:rsidR="00A674C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formie uczestniczenia w</w:t>
      </w:r>
      <w:r w:rsidR="00286D0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prowadz</w:t>
      </w:r>
      <w:r w:rsidR="00791695">
        <w:rPr>
          <w:rFonts w:ascii="Times New Roman" w:hAnsi="Times New Roman" w:cs="Times New Roman"/>
          <w:sz w:val="24"/>
          <w:szCs w:val="24"/>
          <w:lang w:val="pl-PL"/>
        </w:rPr>
        <w:t>onych przeze mnie zajęciach dydaktycznych.</w:t>
      </w:r>
    </w:p>
    <w:p w14:paraId="1BBA96F0" w14:textId="77777777" w:rsidR="00BE0084" w:rsidRDefault="003669C3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91695">
        <w:rPr>
          <w:rFonts w:ascii="Times New Roman" w:hAnsi="Times New Roman" w:cs="Times New Roman"/>
          <w:sz w:val="24"/>
          <w:szCs w:val="24"/>
          <w:lang w:val="pl-PL"/>
        </w:rPr>
        <w:t>Praktyka asystencka została zrealizowana w ramach zajęć:</w:t>
      </w:r>
    </w:p>
    <w:p w14:paraId="7A82C818" w14:textId="7153165B" w:rsidR="00A00CA4" w:rsidRPr="00A00CA4" w:rsidRDefault="00A00CA4" w:rsidP="00A00CA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A00CA4">
        <w:rPr>
          <w:rFonts w:ascii="Times New Roman" w:hAnsi="Times New Roman" w:cs="Times New Roman"/>
          <w:sz w:val="24"/>
          <w:szCs w:val="24"/>
          <w:lang w:val="pl-PL"/>
        </w:rPr>
        <w:t xml:space="preserve">Jednostka organizacyjna: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…………………………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…...........................................................</w:t>
      </w:r>
    </w:p>
    <w:p w14:paraId="437292CF" w14:textId="748DC83F" w:rsidR="00A00CA4" w:rsidRPr="00A00CA4" w:rsidRDefault="00A00CA4" w:rsidP="00A00CA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A00CA4">
        <w:rPr>
          <w:rFonts w:ascii="Times New Roman" w:hAnsi="Times New Roman" w:cs="Times New Roman"/>
          <w:sz w:val="24"/>
          <w:szCs w:val="24"/>
          <w:lang w:val="pl-PL"/>
        </w:rPr>
        <w:t>Kierunek: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………………………………………...</w:t>
      </w:r>
    </w:p>
    <w:p w14:paraId="778C4D4D" w14:textId="2003755D" w:rsidR="00A00CA4" w:rsidRPr="00A00CA4" w:rsidRDefault="00A00CA4" w:rsidP="00A00CA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A00CA4">
        <w:rPr>
          <w:rFonts w:ascii="Times New Roman" w:hAnsi="Times New Roman" w:cs="Times New Roman"/>
          <w:sz w:val="24"/>
          <w:szCs w:val="24"/>
          <w:lang w:val="pl-PL"/>
        </w:rPr>
        <w:t xml:space="preserve">Nazwa przedmiotu: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</w:t>
      </w:r>
      <w:r w:rsidR="004A1B92" w:rsidRPr="004A1B92">
        <w:rPr>
          <w:rFonts w:ascii="Times New Roman" w:hAnsi="Times New Roman" w:cs="Times New Roman"/>
          <w:sz w:val="24"/>
          <w:szCs w:val="24"/>
          <w:lang w:val="pl-PL"/>
        </w:rPr>
        <w:t>……………………………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</w:t>
      </w:r>
    </w:p>
    <w:p w14:paraId="7A8F4451" w14:textId="755D9E48" w:rsidR="00A00CA4" w:rsidRPr="00A00CA4" w:rsidRDefault="00A00CA4" w:rsidP="00A00CA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A00CA4">
        <w:rPr>
          <w:rFonts w:ascii="Times New Roman" w:hAnsi="Times New Roman" w:cs="Times New Roman"/>
          <w:sz w:val="24"/>
          <w:szCs w:val="24"/>
          <w:lang w:val="pl-PL"/>
        </w:rPr>
        <w:t>Termin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y</w:t>
      </w:r>
      <w:r w:rsidRPr="00A00CA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zajęć</w:t>
      </w:r>
      <w:r w:rsidRPr="00A00CA4">
        <w:rPr>
          <w:rFonts w:ascii="Times New Roman" w:hAnsi="Times New Roman" w:cs="Times New Roman"/>
          <w:sz w:val="24"/>
          <w:szCs w:val="24"/>
          <w:lang w:val="pl-PL"/>
        </w:rPr>
        <w:t>:</w:t>
      </w:r>
      <w:r w:rsidR="00A9207C">
        <w:rPr>
          <w:rFonts w:ascii="Times New Roman" w:hAnsi="Times New Roman" w:cs="Times New Roman"/>
          <w:sz w:val="24"/>
          <w:szCs w:val="24"/>
          <w:lang w:val="pl-PL"/>
        </w:rPr>
        <w:t>……………………………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A674CF">
        <w:rPr>
          <w:rFonts w:ascii="Times New Roman" w:hAnsi="Times New Roman" w:cs="Times New Roman"/>
          <w:sz w:val="24"/>
          <w:szCs w:val="24"/>
          <w:lang w:val="pl-PL"/>
        </w:rPr>
        <w:t>……...</w:t>
      </w:r>
      <w:r w:rsidR="004A1B92" w:rsidRPr="004A1B92">
        <w:rPr>
          <w:rFonts w:ascii="Times New Roman" w:hAnsi="Times New Roman" w:cs="Times New Roman"/>
          <w:sz w:val="24"/>
          <w:szCs w:val="24"/>
          <w:lang w:val="pl-PL"/>
        </w:rPr>
        <w:t>………………………………...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..........</w:t>
      </w:r>
    </w:p>
    <w:p w14:paraId="2CE03D2C" w14:textId="68DBB3D2" w:rsidR="00BE0084" w:rsidRPr="00791695" w:rsidRDefault="003669C3" w:rsidP="00A00CA4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91695">
        <w:rPr>
          <w:rFonts w:ascii="Times New Roman" w:hAnsi="Times New Roman" w:cs="Times New Roman"/>
          <w:sz w:val="24"/>
          <w:szCs w:val="24"/>
          <w:lang w:val="pl-PL"/>
        </w:rPr>
        <w:t>Zakres czynności doktoranta/ki w ramach praktyki asystenckiej obejmował w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14:paraId="35B6CD7C" w14:textId="77777777" w:rsidR="004A1B92" w:rsidRDefault="003669C3" w:rsidP="004A1B92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9207C">
        <w:rPr>
          <w:rFonts w:ascii="Times New Roman" w:hAnsi="Times New Roman" w:cs="Times New Roman"/>
          <w:sz w:val="24"/>
          <w:szCs w:val="24"/>
          <w:lang w:val="pl-PL"/>
        </w:rPr>
        <w:t>współuczestniczenie w przygotowaniu zajęć (dobór treści, materiałów i metod dydaktycznych);</w:t>
      </w:r>
    </w:p>
    <w:p w14:paraId="4A2CFEBC" w14:textId="77777777" w:rsidR="004A1B92" w:rsidRDefault="00A9207C" w:rsidP="004A1B92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A1B92">
        <w:rPr>
          <w:rFonts w:ascii="Times New Roman" w:hAnsi="Times New Roman" w:cs="Times New Roman"/>
          <w:sz w:val="24"/>
          <w:szCs w:val="24"/>
          <w:lang w:val="pl-PL"/>
        </w:rPr>
        <w:t>asystowanie przy prowadzeniu zajęć i/lub prowadzenie wybranych elementów zajęć pod nadzorem promotora;</w:t>
      </w:r>
    </w:p>
    <w:p w14:paraId="63C224A3" w14:textId="77777777" w:rsidR="004A1B92" w:rsidRDefault="003669C3" w:rsidP="004A1B92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A1B92">
        <w:rPr>
          <w:rFonts w:ascii="Times New Roman" w:hAnsi="Times New Roman" w:cs="Times New Roman"/>
          <w:sz w:val="24"/>
          <w:szCs w:val="24"/>
          <w:lang w:val="pl-PL"/>
        </w:rPr>
        <w:t>udział w omówieniu przebiegu zajęć i informacji zwrotnej dotyczącej doskonalenia warsztatu dydaktycznego</w:t>
      </w:r>
      <w:r w:rsidR="00A9207C" w:rsidRPr="004A1B92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27861F31" w14:textId="2EB1692F" w:rsidR="00A9207C" w:rsidRPr="004A1B92" w:rsidRDefault="00A9207C" w:rsidP="004A1B92">
      <w:pPr>
        <w:pStyle w:val="Akapitzlist"/>
        <w:numPr>
          <w:ilvl w:val="0"/>
          <w:numId w:val="11"/>
        </w:numPr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A1B92">
        <w:rPr>
          <w:rFonts w:ascii="Times New Roman" w:hAnsi="Times New Roman" w:cs="Times New Roman"/>
          <w:sz w:val="24"/>
          <w:szCs w:val="24"/>
          <w:lang w:val="pl-PL"/>
        </w:rPr>
        <w:t>inne:…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Pr="004A1B92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</w:t>
      </w:r>
    </w:p>
    <w:p w14:paraId="2BF3D68A" w14:textId="3205F72D" w:rsidR="00BE0084" w:rsidRDefault="00A00CA4" w:rsidP="00A00CA4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 xml:space="preserve">Niniejsze zaświadczenie wydaje się w celu przedłożenia </w:t>
      </w:r>
      <w:r w:rsidR="00A9207C">
        <w:rPr>
          <w:rFonts w:ascii="Times New Roman" w:hAnsi="Times New Roman" w:cs="Times New Roman"/>
          <w:sz w:val="24"/>
          <w:szCs w:val="24"/>
          <w:lang w:val="pl-PL"/>
        </w:rPr>
        <w:t xml:space="preserve">właściwemu kierownikowi ścieżki kształcenia, </w:t>
      </w:r>
      <w:r w:rsidRPr="00791695">
        <w:rPr>
          <w:rFonts w:ascii="Times New Roman" w:hAnsi="Times New Roman" w:cs="Times New Roman"/>
          <w:sz w:val="24"/>
          <w:szCs w:val="24"/>
          <w:lang w:val="pl-PL"/>
        </w:rPr>
        <w:t>jako element dokumentacji praktyk dydaktycznych.</w:t>
      </w:r>
    </w:p>
    <w:p w14:paraId="36663ACC" w14:textId="77777777" w:rsidR="004A1B92" w:rsidRDefault="004A1B92" w:rsidP="00A00CA4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F20EB60" w14:textId="77777777" w:rsidR="009144E8" w:rsidRDefault="00286D0B" w:rsidP="0066122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>……..</w:t>
      </w:r>
      <w:r w:rsidR="004A1B92" w:rsidRPr="00791695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</w:t>
      </w:r>
    </w:p>
    <w:p w14:paraId="2B7AB651" w14:textId="784661F8" w:rsidR="00BE0084" w:rsidRPr="00791695" w:rsidRDefault="009144E8" w:rsidP="0066122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</w:t>
      </w:r>
      <w:r w:rsidR="004A1B92">
        <w:rPr>
          <w:rFonts w:ascii="Times New Roman" w:hAnsi="Times New Roman" w:cs="Times New Roman"/>
          <w:sz w:val="24"/>
          <w:szCs w:val="24"/>
          <w:lang w:val="pl-PL"/>
        </w:rPr>
        <w:t xml:space="preserve">Data i </w:t>
      </w:r>
      <w:r w:rsidR="004A1B92" w:rsidRPr="00791695">
        <w:rPr>
          <w:rFonts w:ascii="Times New Roman" w:hAnsi="Times New Roman" w:cs="Times New Roman"/>
          <w:sz w:val="24"/>
          <w:szCs w:val="24"/>
          <w:lang w:val="pl-PL"/>
        </w:rPr>
        <w:t>podpis promotora</w:t>
      </w:r>
    </w:p>
    <w:sectPr w:rsidR="00BE0084" w:rsidRPr="0079169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C2CAB" w14:textId="77777777" w:rsidR="003669C3" w:rsidRDefault="003669C3" w:rsidP="003669C3">
      <w:pPr>
        <w:spacing w:after="0" w:line="240" w:lineRule="auto"/>
      </w:pPr>
      <w:r>
        <w:separator/>
      </w:r>
    </w:p>
  </w:endnote>
  <w:endnote w:type="continuationSeparator" w:id="0">
    <w:p w14:paraId="07A5A943" w14:textId="77777777" w:rsidR="003669C3" w:rsidRDefault="003669C3" w:rsidP="0036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B9F3" w14:textId="77777777" w:rsidR="003669C3" w:rsidRDefault="003669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A064A" w14:textId="77777777" w:rsidR="003669C3" w:rsidRDefault="003669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1574" w14:textId="77777777" w:rsidR="003669C3" w:rsidRDefault="003669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28A7" w14:textId="77777777" w:rsidR="003669C3" w:rsidRDefault="003669C3" w:rsidP="003669C3">
      <w:pPr>
        <w:spacing w:after="0" w:line="240" w:lineRule="auto"/>
      </w:pPr>
      <w:r>
        <w:separator/>
      </w:r>
    </w:p>
  </w:footnote>
  <w:footnote w:type="continuationSeparator" w:id="0">
    <w:p w14:paraId="255A2EBB" w14:textId="77777777" w:rsidR="003669C3" w:rsidRDefault="003669C3" w:rsidP="00366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AAB8" w14:textId="77777777" w:rsidR="003669C3" w:rsidRDefault="003669C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783D" w14:textId="631D2DF0" w:rsidR="003669C3" w:rsidRPr="00281FD3" w:rsidRDefault="003669C3" w:rsidP="003669C3">
    <w:pPr>
      <w:jc w:val="right"/>
      <w:rPr>
        <w:rFonts w:ascii="Calibri Light" w:hAnsi="Calibri Light" w:cs="Calibri Light"/>
        <w:bCs/>
        <w:i/>
        <w:iCs/>
        <w:sz w:val="18"/>
        <w:szCs w:val="18"/>
        <w:lang w:val="pl-PL"/>
      </w:rPr>
    </w:pPr>
    <w:r w:rsidRPr="00281FD3">
      <w:rPr>
        <w:rFonts w:ascii="Calibri Light" w:eastAsia="Times New Roman" w:hAnsi="Calibri Light" w:cs="Calibri Light"/>
        <w:bCs/>
        <w:i/>
        <w:iCs/>
        <w:sz w:val="18"/>
        <w:szCs w:val="18"/>
        <w:lang w:val="pl-PL"/>
      </w:rPr>
      <w:t>Załącznik Nr 3 do Zarządzenia Nr 20/2026 Rektora UKSW z dnia 30 marca 2026 r.</w:t>
    </w:r>
  </w:p>
  <w:p w14:paraId="31ABEE2E" w14:textId="77777777" w:rsidR="003669C3" w:rsidRDefault="003669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C5E3" w14:textId="77777777" w:rsidR="003669C3" w:rsidRDefault="003669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D02F2"/>
    <w:multiLevelType w:val="hybridMultilevel"/>
    <w:tmpl w:val="F432BE38"/>
    <w:lvl w:ilvl="0" w:tplc="C264E70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2A3CB8"/>
    <w:multiLevelType w:val="hybridMultilevel"/>
    <w:tmpl w:val="1DF24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88888">
    <w:abstractNumId w:val="8"/>
  </w:num>
  <w:num w:numId="2" w16cid:durableId="1650162955">
    <w:abstractNumId w:val="6"/>
  </w:num>
  <w:num w:numId="3" w16cid:durableId="1623612923">
    <w:abstractNumId w:val="5"/>
  </w:num>
  <w:num w:numId="4" w16cid:durableId="1497765874">
    <w:abstractNumId w:val="4"/>
  </w:num>
  <w:num w:numId="5" w16cid:durableId="683821282">
    <w:abstractNumId w:val="7"/>
  </w:num>
  <w:num w:numId="6" w16cid:durableId="1098058967">
    <w:abstractNumId w:val="3"/>
  </w:num>
  <w:num w:numId="7" w16cid:durableId="1021323223">
    <w:abstractNumId w:val="2"/>
  </w:num>
  <w:num w:numId="8" w16cid:durableId="781460808">
    <w:abstractNumId w:val="1"/>
  </w:num>
  <w:num w:numId="9" w16cid:durableId="973868136">
    <w:abstractNumId w:val="0"/>
  </w:num>
  <w:num w:numId="10" w16cid:durableId="684866857">
    <w:abstractNumId w:val="10"/>
  </w:num>
  <w:num w:numId="11" w16cid:durableId="827222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984"/>
    <w:rsid w:val="0015074B"/>
    <w:rsid w:val="001F470C"/>
    <w:rsid w:val="00256B90"/>
    <w:rsid w:val="00281FD3"/>
    <w:rsid w:val="00286D0B"/>
    <w:rsid w:val="0029639D"/>
    <w:rsid w:val="00326F90"/>
    <w:rsid w:val="003669C3"/>
    <w:rsid w:val="004A1B92"/>
    <w:rsid w:val="005806A6"/>
    <w:rsid w:val="00655BC2"/>
    <w:rsid w:val="0066122E"/>
    <w:rsid w:val="006726FF"/>
    <w:rsid w:val="00791695"/>
    <w:rsid w:val="007D4CF4"/>
    <w:rsid w:val="008443B9"/>
    <w:rsid w:val="009144E8"/>
    <w:rsid w:val="009841BA"/>
    <w:rsid w:val="00A00CA4"/>
    <w:rsid w:val="00A674CF"/>
    <w:rsid w:val="00A9207C"/>
    <w:rsid w:val="00AA1D8D"/>
    <w:rsid w:val="00AB2375"/>
    <w:rsid w:val="00B34A0F"/>
    <w:rsid w:val="00B47730"/>
    <w:rsid w:val="00BE0084"/>
    <w:rsid w:val="00CB0664"/>
    <w:rsid w:val="00F938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6EBB3"/>
  <w14:defaultImageDpi w14:val="300"/>
  <w15:docId w15:val="{252BE36E-A39F-43F2-9FC7-2EB8A4B91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Wegner</cp:lastModifiedBy>
  <cp:revision>14</cp:revision>
  <cp:lastPrinted>2026-03-30T13:21:00Z</cp:lastPrinted>
  <dcterms:created xsi:type="dcterms:W3CDTF">2013-12-23T23:15:00Z</dcterms:created>
  <dcterms:modified xsi:type="dcterms:W3CDTF">2026-03-30T13:22:00Z</dcterms:modified>
  <cp:category/>
</cp:coreProperties>
</file>