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9D934" w14:textId="77777777" w:rsidR="000D5C2A" w:rsidRDefault="000520FA" w:rsidP="000D5C2A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520FA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127F080" w14:textId="72D016DC" w:rsidR="000520FA" w:rsidRPr="000520FA" w:rsidRDefault="000520FA" w:rsidP="000D5C2A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520F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</w:t>
      </w:r>
      <w:r w:rsidR="000D5C2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t xml:space="preserve">Pieczątka jednostki organizacyjnej UKSW, </w:t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br/>
        <w:t xml:space="preserve">w której doktorant zrealizował praktyki dydaktyczne                                                                                                          </w:t>
      </w:r>
    </w:p>
    <w:p w14:paraId="3EFA2FBE" w14:textId="7744B297" w:rsidR="00B415FD" w:rsidRPr="000D5C2A" w:rsidRDefault="000D5C2A" w:rsidP="000D5C2A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b/>
          <w:sz w:val="24"/>
          <w:szCs w:val="24"/>
          <w:lang w:val="pl-PL"/>
        </w:rPr>
        <w:br/>
        <w:t>Z</w:t>
      </w:r>
      <w:r w:rsidR="000520FA" w:rsidRPr="000520FA">
        <w:rPr>
          <w:rFonts w:ascii="Times New Roman" w:hAnsi="Times New Roman" w:cs="Times New Roman"/>
          <w:b/>
          <w:sz w:val="24"/>
          <w:szCs w:val="24"/>
          <w:lang w:val="pl-PL"/>
        </w:rPr>
        <w:t xml:space="preserve">AŚWIADCZENIE POTWIERDZAJĄCE ZREALIZOWANIE </w:t>
      </w:r>
      <w:r w:rsidR="00C92F3E">
        <w:rPr>
          <w:rFonts w:ascii="Times New Roman" w:hAnsi="Times New Roman" w:cs="Times New Roman"/>
          <w:b/>
          <w:sz w:val="24"/>
          <w:szCs w:val="24"/>
          <w:lang w:val="pl-PL"/>
        </w:rPr>
        <w:br/>
      </w:r>
      <w:r w:rsidR="000520FA" w:rsidRPr="000520FA">
        <w:rPr>
          <w:rFonts w:ascii="Times New Roman" w:hAnsi="Times New Roman" w:cs="Times New Roman"/>
          <w:b/>
          <w:sz w:val="24"/>
          <w:szCs w:val="24"/>
          <w:lang w:val="pl-PL"/>
        </w:rPr>
        <w:t>PRAKTYK DYDAKTYCZNYCH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14:paraId="1F066903" w14:textId="77777777" w:rsidR="00B415FD" w:rsidRPr="000520FA" w:rsidRDefault="00B415FD" w:rsidP="000520F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3F75B86" w14:textId="29732FB8" w:rsidR="00B415FD" w:rsidRPr="000520FA" w:rsidRDefault="00950C0F" w:rsidP="000520F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520FA">
        <w:rPr>
          <w:rFonts w:ascii="Times New Roman" w:hAnsi="Times New Roman" w:cs="Times New Roman"/>
          <w:sz w:val="24"/>
          <w:szCs w:val="24"/>
          <w:lang w:val="pl-PL"/>
        </w:rPr>
        <w:t>Zaświadcza się, że Pan/i ……………………………………</w:t>
      </w:r>
      <w:r w:rsidR="000D5C2A">
        <w:rPr>
          <w:rFonts w:ascii="Times New Roman" w:hAnsi="Times New Roman" w:cs="Times New Roman"/>
          <w:sz w:val="24"/>
          <w:szCs w:val="24"/>
          <w:lang w:val="pl-PL"/>
        </w:rPr>
        <w:t>…….</w:t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t>…, doktorant/ka ……… roku Szkoły Doktorskiej UKSW, w dyscyplinie ………………………………………, zrealizował/a praktyki dydaktyczne w ramach kształcenia w Szkole Doktorskiej UKSW, w tym:</w:t>
      </w:r>
    </w:p>
    <w:p w14:paraId="537F0FCD" w14:textId="77777777" w:rsidR="00B415FD" w:rsidRPr="000520FA" w:rsidRDefault="00950C0F" w:rsidP="000520FA">
      <w:p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520FA">
        <w:rPr>
          <w:rFonts w:ascii="Times New Roman" w:hAnsi="Times New Roman" w:cs="Times New Roman"/>
          <w:sz w:val="24"/>
          <w:szCs w:val="24"/>
          <w:lang w:val="pl-PL"/>
        </w:rPr>
        <w:t>1) praktykę asystencką w wymiarze 15 godzin wykładowych, realizowaną w formie uczestniczenia w prowadzeniu zajęć dydaktycznych prowadzonych przez promotora;</w:t>
      </w:r>
    </w:p>
    <w:p w14:paraId="4C8E096F" w14:textId="77777777" w:rsidR="00B415FD" w:rsidRPr="000520FA" w:rsidRDefault="00950C0F" w:rsidP="000520FA">
      <w:p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520FA">
        <w:rPr>
          <w:rFonts w:ascii="Times New Roman" w:hAnsi="Times New Roman" w:cs="Times New Roman"/>
          <w:sz w:val="24"/>
          <w:szCs w:val="24"/>
          <w:lang w:val="pl-PL"/>
        </w:rPr>
        <w:t>2) praktykę dydaktyczną w wymiarze 60 godzin wykładowych, realizowaną w formie samodzielnego prowadzenia zajęć dydaktycznych przydzielonych doktorantowi do realizacji.</w:t>
      </w:r>
    </w:p>
    <w:p w14:paraId="073D55EE" w14:textId="44A61DA8" w:rsidR="00B415FD" w:rsidRPr="000520FA" w:rsidRDefault="000D5C2A" w:rsidP="000520F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0520FA" w:rsidRPr="000520FA">
        <w:rPr>
          <w:rFonts w:ascii="Times New Roman" w:hAnsi="Times New Roman" w:cs="Times New Roman"/>
          <w:sz w:val="24"/>
          <w:szCs w:val="24"/>
          <w:lang w:val="pl-PL"/>
        </w:rPr>
        <w:t>Na podstawie przedłożonej dokumentacji</w:t>
      </w:r>
      <w:r w:rsidR="00F742F9">
        <w:rPr>
          <w:rFonts w:ascii="Times New Roman" w:hAnsi="Times New Roman" w:cs="Times New Roman"/>
          <w:sz w:val="24"/>
          <w:szCs w:val="24"/>
          <w:lang w:val="pl-PL"/>
        </w:rPr>
        <w:t xml:space="preserve"> oraz </w:t>
      </w:r>
      <w:r w:rsidR="000520FA" w:rsidRPr="000520FA">
        <w:rPr>
          <w:rFonts w:ascii="Times New Roman" w:hAnsi="Times New Roman" w:cs="Times New Roman"/>
          <w:sz w:val="24"/>
          <w:szCs w:val="24"/>
          <w:lang w:val="pl-PL"/>
        </w:rPr>
        <w:t xml:space="preserve">przeprowadzonej hospitacji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zajęć </w:t>
      </w:r>
      <w:r w:rsidR="000520FA" w:rsidRPr="000520FA">
        <w:rPr>
          <w:rFonts w:ascii="Times New Roman" w:hAnsi="Times New Roman" w:cs="Times New Roman"/>
          <w:sz w:val="24"/>
          <w:szCs w:val="24"/>
          <w:lang w:val="pl-PL"/>
        </w:rPr>
        <w:t>stwierdza się spełnienie wymogów niezbędnych do zaliczenia praktyk dydaktycznych.</w:t>
      </w:r>
    </w:p>
    <w:p w14:paraId="012AD359" w14:textId="3C085241" w:rsidR="000D5C2A" w:rsidRDefault="000D5C2A" w:rsidP="000D5C2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Ocena z praktyk dydaktycznych:…………………………………………………..………………..</w:t>
      </w:r>
    </w:p>
    <w:p w14:paraId="0BEC49B1" w14:textId="62FAB00F" w:rsidR="00B415FD" w:rsidRPr="000520FA" w:rsidRDefault="000D5C2A" w:rsidP="000D5C2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02D3B2F1" w14:textId="781E718B" w:rsidR="00B415FD" w:rsidRPr="000520FA" w:rsidRDefault="000D5C2A" w:rsidP="000520FA">
      <w:pPr>
        <w:spacing w:before="24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</w:t>
      </w:r>
    </w:p>
    <w:p w14:paraId="7182AC28" w14:textId="6B0AAF1F" w:rsidR="00B415FD" w:rsidRPr="000520FA" w:rsidRDefault="000D5C2A" w:rsidP="000520FA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Data i </w:t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t>podpis kierownika ścieżki kształcenia</w:t>
      </w:r>
      <w:r w:rsidRPr="000520FA">
        <w:rPr>
          <w:rFonts w:ascii="Times New Roman" w:hAnsi="Times New Roman" w:cs="Times New Roman"/>
          <w:sz w:val="24"/>
          <w:szCs w:val="24"/>
          <w:lang w:val="pl-PL"/>
        </w:rPr>
        <w:br/>
      </w:r>
    </w:p>
    <w:sectPr w:rsidR="00B415FD" w:rsidRPr="000520FA" w:rsidSect="00034616">
      <w:head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B44E" w14:textId="77777777" w:rsidR="00950C0F" w:rsidRDefault="00950C0F" w:rsidP="00950C0F">
      <w:pPr>
        <w:spacing w:after="0" w:line="240" w:lineRule="auto"/>
      </w:pPr>
      <w:r>
        <w:separator/>
      </w:r>
    </w:p>
  </w:endnote>
  <w:endnote w:type="continuationSeparator" w:id="0">
    <w:p w14:paraId="2BCF0F62" w14:textId="77777777" w:rsidR="00950C0F" w:rsidRDefault="00950C0F" w:rsidP="00950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2667" w14:textId="77777777" w:rsidR="00950C0F" w:rsidRDefault="00950C0F" w:rsidP="00950C0F">
      <w:pPr>
        <w:spacing w:after="0" w:line="240" w:lineRule="auto"/>
      </w:pPr>
      <w:r>
        <w:separator/>
      </w:r>
    </w:p>
  </w:footnote>
  <w:footnote w:type="continuationSeparator" w:id="0">
    <w:p w14:paraId="4F89D0E7" w14:textId="77777777" w:rsidR="00950C0F" w:rsidRDefault="00950C0F" w:rsidP="00950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C826" w14:textId="3BE00B7C" w:rsidR="00950C0F" w:rsidRPr="00174738" w:rsidRDefault="00950C0F" w:rsidP="00950C0F">
    <w:pPr>
      <w:jc w:val="right"/>
      <w:rPr>
        <w:rFonts w:ascii="Calibri Light" w:hAnsi="Calibri Light" w:cs="Calibri Light"/>
        <w:bCs/>
        <w:i/>
        <w:iCs/>
        <w:sz w:val="18"/>
        <w:szCs w:val="18"/>
        <w:lang w:val="pl-PL"/>
      </w:rPr>
    </w:pPr>
    <w:r w:rsidRPr="00174738">
      <w:rPr>
        <w:rFonts w:ascii="Calibri Light" w:eastAsia="Times New Roman" w:hAnsi="Calibri Light" w:cs="Calibri Light"/>
        <w:bCs/>
        <w:i/>
        <w:iCs/>
        <w:sz w:val="18"/>
        <w:szCs w:val="18"/>
        <w:lang w:val="pl-PL"/>
      </w:rPr>
      <w:t>Załącznik Nr 5 do Zarządzenia Nr 20/2026 Rektora UKSW z dnia 30 marca 2026 r.</w:t>
    </w:r>
  </w:p>
  <w:p w14:paraId="6AFA8A2D" w14:textId="77777777" w:rsidR="00950C0F" w:rsidRDefault="00950C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138498">
    <w:abstractNumId w:val="8"/>
  </w:num>
  <w:num w:numId="2" w16cid:durableId="2003921787">
    <w:abstractNumId w:val="6"/>
  </w:num>
  <w:num w:numId="3" w16cid:durableId="2008436668">
    <w:abstractNumId w:val="5"/>
  </w:num>
  <w:num w:numId="4" w16cid:durableId="64843965">
    <w:abstractNumId w:val="4"/>
  </w:num>
  <w:num w:numId="5" w16cid:durableId="1036738968">
    <w:abstractNumId w:val="7"/>
  </w:num>
  <w:num w:numId="6" w16cid:durableId="690881732">
    <w:abstractNumId w:val="3"/>
  </w:num>
  <w:num w:numId="7" w16cid:durableId="45764340">
    <w:abstractNumId w:val="2"/>
  </w:num>
  <w:num w:numId="8" w16cid:durableId="1049956817">
    <w:abstractNumId w:val="1"/>
  </w:num>
  <w:num w:numId="9" w16cid:durableId="915286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2AA"/>
    <w:rsid w:val="00034616"/>
    <w:rsid w:val="00040FFD"/>
    <w:rsid w:val="000520FA"/>
    <w:rsid w:val="0006063C"/>
    <w:rsid w:val="000B1CED"/>
    <w:rsid w:val="000D5C2A"/>
    <w:rsid w:val="0015074B"/>
    <w:rsid w:val="00174738"/>
    <w:rsid w:val="00181DCF"/>
    <w:rsid w:val="002750DA"/>
    <w:rsid w:val="0029639D"/>
    <w:rsid w:val="00326F90"/>
    <w:rsid w:val="004C30BF"/>
    <w:rsid w:val="007446C2"/>
    <w:rsid w:val="007D4CF4"/>
    <w:rsid w:val="008528F5"/>
    <w:rsid w:val="00950C0F"/>
    <w:rsid w:val="009E27B2"/>
    <w:rsid w:val="00A653FA"/>
    <w:rsid w:val="00AA1D8D"/>
    <w:rsid w:val="00B415FD"/>
    <w:rsid w:val="00B47730"/>
    <w:rsid w:val="00BC730E"/>
    <w:rsid w:val="00C92F3E"/>
    <w:rsid w:val="00CB0664"/>
    <w:rsid w:val="00F742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6A908"/>
  <w14:defaultImageDpi w14:val="300"/>
  <w15:docId w15:val="{4AE5F1F5-8C51-4F95-B73D-E666A454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5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Wegner</cp:lastModifiedBy>
  <cp:revision>12</cp:revision>
  <cp:lastPrinted>2026-03-30T13:23:00Z</cp:lastPrinted>
  <dcterms:created xsi:type="dcterms:W3CDTF">2026-02-23T08:50:00Z</dcterms:created>
  <dcterms:modified xsi:type="dcterms:W3CDTF">2026-03-30T13:23:00Z</dcterms:modified>
  <cp:category/>
</cp:coreProperties>
</file>